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Lista de Verificación de Recursos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Registra la revisión previa de instalaciones, mobiliario, equipo, materiales e instrumentos que utilizarás.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 de revisión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Lugar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responsable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Revisión previa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Recurso o condición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Sí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 aplica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Observaciones y acción</w:t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Espacio físico adecuado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Mobiliario suficiente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Equipo disponible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Equipo funcionando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Materiales didácticos listos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Instrumentos de evaluación preparados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Condiciones de seguridad verificadas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Distribución del espacio adecuada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33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Alternativa prevista ante una falla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360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Observaciones finales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Acciones antes de iniciar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 de Recursos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