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Contrato de Aprendizaje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Utiliza este apoyo durante el encuadre para acordar compromisos, reglas de trabajo y condiciones de participación.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 y grupo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instructora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Propósito compartido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Objetivo del 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Expectativa o meta del grupo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Compromisos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Compromisos de la persona instructora</w:t>
            </w:r>
          </w:p>
        </w:tc>
        <w:tc>
          <w:tcPr>
            <w:tcW w:type="dxa" w:w="518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Compromisos de las personas participantes</w:t>
            </w:r>
          </w:p>
        </w:tc>
      </w:tr>
      <w:tr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20"/>
              </w:rPr>
              <w:t>1.</w:t>
              <w:br/>
              <w:t>2.</w:t>
              <w:br/>
              <w:t>3.</w:t>
            </w:r>
          </w:p>
        </w:tc>
        <w:tc>
          <w:tcPr>
            <w:tcW w:type="dxa" w:w="460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20"/>
              </w:rPr>
              <w:t>1.</w:t>
              <w:br/>
              <w:t>2.</w:t>
              <w:br/>
              <w:t>3.</w:t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Acuerdos de convivencia y trabajo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Acuerdos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t>1.</w:t>
              <w:br/>
              <w:t>2.</w:t>
              <w:br/>
              <w:t>3.</w:t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Cómo atenderemos dudas o desacuerdos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Confirmación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Nombre de la 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Firma o confirmación cuando corresponda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Aprendizaje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