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Informe Final de la Acción de Capacitación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Integra los principales datos, resultados y observaciones de la sesión o curso una vez concluidas las actividades.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Datos generales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Nombre del 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instructora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 y horario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Lugar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Público objetivo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Personas registradas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Personas asistentes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Desarrollo de la sesión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Objetivo general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Actividades realizadas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Ajustes respecto de la planeación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Situaciones relevantes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Resultados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56"/>
        <w:gridCol w:w="3456"/>
        <w:gridCol w:w="3456"/>
      </w:tblGrid>
      <w:tr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Fuente de información</w:t>
            </w:r>
          </w:p>
        </w:tc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Resultado principal</w:t>
            </w:r>
          </w:p>
        </w:tc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Interpretación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Evaluación diagnóstica</w:t>
            </w:r>
          </w:p>
        </w:tc>
        <w:tc>
          <w:tcPr>
            <w:tcW w:type="dxa" w:w="31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Evaluación formativa</w:t>
            </w:r>
          </w:p>
        </w:tc>
        <w:tc>
          <w:tcPr>
            <w:tcW w:type="dxa" w:w="31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Evaluación sumativa</w:t>
            </w:r>
          </w:p>
        </w:tc>
        <w:tc>
          <w:tcPr>
            <w:tcW w:type="dxa" w:w="31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Evaluación de satisfacción</w:t>
            </w:r>
          </w:p>
        </w:tc>
        <w:tc>
          <w:tcPr>
            <w:tcW w:type="dxa" w:w="31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Conclusiones y seguimiento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4608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Logros observados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br/>
              <w:br/>
            </w:r>
          </w:p>
        </w:tc>
      </w:tr>
      <w:tr>
        <w:tc>
          <w:tcPr>
            <w:tcW w:type="dxa" w:w="4608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Áreas que requieren refuerzo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br/>
              <w:br/>
            </w:r>
          </w:p>
        </w:tc>
      </w:tr>
      <w:tr>
        <w:tc>
          <w:tcPr>
            <w:tcW w:type="dxa" w:w="4608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Recomendaciones o acciones de seguimiento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br/>
              <w:br/>
            </w:r>
          </w:p>
        </w:tc>
      </w:tr>
      <w:tr>
        <w:tc>
          <w:tcPr>
            <w:tcW w:type="dxa" w:w="4608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Responsable y fecha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Integración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4608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Elaboró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4608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 de elaboración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4608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Firma o validación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Final de la Acción de Capacitación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